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D84C0" w14:textId="77777777" w:rsidR="00B404A5" w:rsidRDefault="00000000">
      <w:pPr>
        <w:pStyle w:val="Ttulo1"/>
        <w:jc w:val="center"/>
      </w:pPr>
      <w:r>
        <w:t>MODELO BÁSICO EDITÁVEL DE PGR</w:t>
      </w:r>
    </w:p>
    <w:p w14:paraId="771ABD8C" w14:textId="77777777" w:rsidR="00B404A5" w:rsidRDefault="00000000">
      <w:pPr>
        <w:jc w:val="center"/>
      </w:pPr>
      <w:r>
        <w:t>Programa de Gerenciamento de Riscos (PGR)</w:t>
      </w:r>
      <w:r>
        <w:br/>
        <w:t>Modelo orientativo simplificado baseado nas diretrizes do Ministério do Trabalho e Emprego (MTE).</w:t>
      </w:r>
      <w:r>
        <w:br/>
      </w:r>
      <w:r>
        <w:br/>
        <w:t>ATENÇÃO: Este documento possui caráter orientativo e não substitui análise técnica individualizada realizada por profissional habilitado em Segurança e Saúde no Trabalho.</w:t>
      </w:r>
    </w:p>
    <w:p w14:paraId="57E6912E" w14:textId="77777777" w:rsidR="00B404A5" w:rsidRDefault="00000000">
      <w:pPr>
        <w:pStyle w:val="Ttulo2"/>
      </w:pPr>
      <w:r>
        <w:t>1. IDENTIFICAÇÃO DA EMPRESA</w:t>
      </w:r>
    </w:p>
    <w:p w14:paraId="435C6C26" w14:textId="77777777" w:rsidR="00B404A5" w:rsidRDefault="00000000">
      <w:r>
        <w:t>Razão Social: __________________________________________</w:t>
      </w:r>
    </w:p>
    <w:p w14:paraId="4BADD0DC" w14:textId="77777777" w:rsidR="00B404A5" w:rsidRDefault="00000000">
      <w:r>
        <w:t>Nome Fantasia: ________________________________________</w:t>
      </w:r>
    </w:p>
    <w:p w14:paraId="663266B4" w14:textId="77777777" w:rsidR="00B404A5" w:rsidRDefault="00000000">
      <w:r>
        <w:t>CNPJ: _________________________________________________</w:t>
      </w:r>
    </w:p>
    <w:p w14:paraId="369AFEFA" w14:textId="77777777" w:rsidR="00B404A5" w:rsidRDefault="00000000">
      <w:r>
        <w:t>Endereço: _____________________________________________</w:t>
      </w:r>
    </w:p>
    <w:p w14:paraId="733492C3" w14:textId="77777777" w:rsidR="00B404A5" w:rsidRDefault="00000000">
      <w:r>
        <w:t>Telefone: _____________________________________________</w:t>
      </w:r>
    </w:p>
    <w:p w14:paraId="42EF29CB" w14:textId="77777777" w:rsidR="00B404A5" w:rsidRDefault="00000000">
      <w:r>
        <w:t>E-mail: _______________________________________________</w:t>
      </w:r>
    </w:p>
    <w:p w14:paraId="6C231A66" w14:textId="77777777" w:rsidR="00B404A5" w:rsidRDefault="00000000">
      <w:r>
        <w:t>Atividade Principal (CNAE): _____________________________</w:t>
      </w:r>
    </w:p>
    <w:p w14:paraId="19B8AA1A" w14:textId="77777777" w:rsidR="00B404A5" w:rsidRDefault="00000000">
      <w:r>
        <w:t>Número de colaboradores: _______________________________</w:t>
      </w:r>
    </w:p>
    <w:p w14:paraId="5C62626A" w14:textId="77777777" w:rsidR="00B404A5" w:rsidRDefault="00000000">
      <w:r>
        <w:t>Responsável pela empresa: ______________________________</w:t>
      </w:r>
    </w:p>
    <w:p w14:paraId="45665479" w14:textId="77777777" w:rsidR="00B404A5" w:rsidRDefault="00000000">
      <w:pPr>
        <w:pStyle w:val="Ttulo2"/>
      </w:pPr>
      <w:r>
        <w:t>2. OBJETIVO DO PGR</w:t>
      </w:r>
    </w:p>
    <w:p w14:paraId="01C3893E" w14:textId="77777777" w:rsidR="00B404A5" w:rsidRDefault="00000000">
      <w:r>
        <w:t>Descreva o objetivo do programa de gerenciamento de riscos da empresa.</w:t>
      </w:r>
    </w:p>
    <w:p w14:paraId="4574B67C" w14:textId="77777777" w:rsidR="00B404A5" w:rsidRDefault="00000000">
      <w:r>
        <w:br/>
        <w:t>Exemplo: Identificar, avaliar e controlar riscos ocupacionais existentes nas atividades desenvolvidas pela empresa.</w:t>
      </w:r>
    </w:p>
    <w:p w14:paraId="29899E46" w14:textId="77777777" w:rsidR="00B404A5" w:rsidRDefault="00000000">
      <w:pPr>
        <w:pStyle w:val="Ttulo2"/>
      </w:pPr>
      <w:r>
        <w:t>3. DESCRIÇÃO DAS ATIVIDADES DA EMPRESA</w:t>
      </w:r>
    </w:p>
    <w:p w14:paraId="1F89AB23" w14:textId="77777777" w:rsidR="00B404A5" w:rsidRDefault="00000000">
      <w:r>
        <w:t>Descreva resumidamente as principais atividades realizadas pela empresa, setores e rotina operacional.</w:t>
      </w:r>
    </w:p>
    <w:p w14:paraId="7F773108" w14:textId="77777777" w:rsidR="00B404A5" w:rsidRDefault="00000000">
      <w:pPr>
        <w:pStyle w:val="Ttulo2"/>
      </w:pPr>
      <w:r>
        <w:t>4. IDENTIFICAÇÃO DOS RISCOS OCUPACIONAIS</w:t>
      </w:r>
    </w:p>
    <w:p w14:paraId="1AA0FF83" w14:textId="77777777" w:rsidR="00B404A5" w:rsidRDefault="00000000">
      <w:r>
        <w:t>Preencha os riscos identificados na empresa.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B404A5" w14:paraId="63EF0CA6" w14:textId="77777777">
        <w:tc>
          <w:tcPr>
            <w:tcW w:w="1728" w:type="dxa"/>
          </w:tcPr>
          <w:p w14:paraId="2D7704F4" w14:textId="77777777" w:rsidR="00B404A5" w:rsidRDefault="00000000">
            <w:r>
              <w:t>Setor/Atividade</w:t>
            </w:r>
          </w:p>
        </w:tc>
        <w:tc>
          <w:tcPr>
            <w:tcW w:w="1728" w:type="dxa"/>
          </w:tcPr>
          <w:p w14:paraId="4A05DF9A" w14:textId="77777777" w:rsidR="00B404A5" w:rsidRDefault="00000000">
            <w:r>
              <w:t>Risco Identificado</w:t>
            </w:r>
          </w:p>
        </w:tc>
        <w:tc>
          <w:tcPr>
            <w:tcW w:w="1728" w:type="dxa"/>
          </w:tcPr>
          <w:p w14:paraId="5E60046A" w14:textId="77777777" w:rsidR="00B404A5" w:rsidRDefault="00000000">
            <w:r>
              <w:t>Classificação</w:t>
            </w:r>
          </w:p>
        </w:tc>
        <w:tc>
          <w:tcPr>
            <w:tcW w:w="1728" w:type="dxa"/>
          </w:tcPr>
          <w:p w14:paraId="24963ECF" w14:textId="77777777" w:rsidR="00B404A5" w:rsidRDefault="00000000">
            <w:r>
              <w:t>Possíveis Impactos</w:t>
            </w:r>
          </w:p>
        </w:tc>
        <w:tc>
          <w:tcPr>
            <w:tcW w:w="1728" w:type="dxa"/>
          </w:tcPr>
          <w:p w14:paraId="32F45F0C" w14:textId="77777777" w:rsidR="00B404A5" w:rsidRDefault="00000000">
            <w:r>
              <w:t>Medidas Preventivas</w:t>
            </w:r>
          </w:p>
        </w:tc>
      </w:tr>
      <w:tr w:rsidR="00B404A5" w14:paraId="0B8AED46" w14:textId="77777777">
        <w:tc>
          <w:tcPr>
            <w:tcW w:w="1728" w:type="dxa"/>
          </w:tcPr>
          <w:p w14:paraId="64C52C78" w14:textId="77777777" w:rsidR="00B404A5" w:rsidRDefault="00000000">
            <w:r>
              <w:br/>
            </w:r>
            <w:r>
              <w:lastRenderedPageBreak/>
              <w:br/>
            </w:r>
          </w:p>
        </w:tc>
        <w:tc>
          <w:tcPr>
            <w:tcW w:w="1728" w:type="dxa"/>
          </w:tcPr>
          <w:p w14:paraId="7B47F492" w14:textId="77777777" w:rsidR="00B404A5" w:rsidRDefault="00000000">
            <w:r>
              <w:lastRenderedPageBreak/>
              <w:br/>
            </w:r>
            <w:r>
              <w:lastRenderedPageBreak/>
              <w:br/>
            </w:r>
          </w:p>
        </w:tc>
        <w:tc>
          <w:tcPr>
            <w:tcW w:w="1728" w:type="dxa"/>
          </w:tcPr>
          <w:p w14:paraId="127E8458" w14:textId="77777777" w:rsidR="00B404A5" w:rsidRDefault="00000000">
            <w:r>
              <w:lastRenderedPageBreak/>
              <w:br/>
            </w:r>
            <w:r>
              <w:lastRenderedPageBreak/>
              <w:br/>
            </w:r>
          </w:p>
        </w:tc>
        <w:tc>
          <w:tcPr>
            <w:tcW w:w="1728" w:type="dxa"/>
          </w:tcPr>
          <w:p w14:paraId="1AA7EED3" w14:textId="77777777" w:rsidR="00B404A5" w:rsidRDefault="00000000">
            <w:r>
              <w:lastRenderedPageBreak/>
              <w:br/>
            </w:r>
            <w:r>
              <w:lastRenderedPageBreak/>
              <w:br/>
            </w:r>
          </w:p>
        </w:tc>
        <w:tc>
          <w:tcPr>
            <w:tcW w:w="1728" w:type="dxa"/>
          </w:tcPr>
          <w:p w14:paraId="3781D9BD" w14:textId="77777777" w:rsidR="00B404A5" w:rsidRDefault="00000000">
            <w:r>
              <w:lastRenderedPageBreak/>
              <w:br/>
            </w:r>
            <w:r>
              <w:lastRenderedPageBreak/>
              <w:br/>
            </w:r>
          </w:p>
        </w:tc>
      </w:tr>
      <w:tr w:rsidR="00B404A5" w14:paraId="388D9410" w14:textId="77777777">
        <w:tc>
          <w:tcPr>
            <w:tcW w:w="1728" w:type="dxa"/>
          </w:tcPr>
          <w:p w14:paraId="6BBD4016" w14:textId="77777777" w:rsidR="00B404A5" w:rsidRDefault="00000000">
            <w:r>
              <w:lastRenderedPageBreak/>
              <w:br/>
            </w:r>
            <w:r>
              <w:br/>
            </w:r>
          </w:p>
        </w:tc>
        <w:tc>
          <w:tcPr>
            <w:tcW w:w="1728" w:type="dxa"/>
          </w:tcPr>
          <w:p w14:paraId="56508BE5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B13AC6D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CCAC270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399231CF" w14:textId="77777777" w:rsidR="00B404A5" w:rsidRDefault="00000000">
            <w:r>
              <w:br/>
            </w:r>
            <w:r>
              <w:br/>
            </w:r>
          </w:p>
        </w:tc>
      </w:tr>
      <w:tr w:rsidR="00B404A5" w14:paraId="4CB2C3F2" w14:textId="77777777">
        <w:tc>
          <w:tcPr>
            <w:tcW w:w="1728" w:type="dxa"/>
          </w:tcPr>
          <w:p w14:paraId="2A75F6B1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0A85A5B7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43326E9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796892C8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3BD3F034" w14:textId="77777777" w:rsidR="00B404A5" w:rsidRDefault="00000000">
            <w:r>
              <w:br/>
            </w:r>
            <w:r>
              <w:br/>
            </w:r>
          </w:p>
        </w:tc>
      </w:tr>
      <w:tr w:rsidR="00B404A5" w14:paraId="237C4F13" w14:textId="77777777">
        <w:tc>
          <w:tcPr>
            <w:tcW w:w="1728" w:type="dxa"/>
          </w:tcPr>
          <w:p w14:paraId="0113F894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7633FB30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3384DD6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20ED13F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D7E5B2A" w14:textId="77777777" w:rsidR="00B404A5" w:rsidRDefault="00000000">
            <w:r>
              <w:br/>
            </w:r>
            <w:r>
              <w:br/>
            </w:r>
          </w:p>
        </w:tc>
      </w:tr>
      <w:tr w:rsidR="00B404A5" w14:paraId="6E72899A" w14:textId="77777777">
        <w:tc>
          <w:tcPr>
            <w:tcW w:w="1728" w:type="dxa"/>
          </w:tcPr>
          <w:p w14:paraId="72F24645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537EB203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3E7FFB20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ED1D2E4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2944D9E" w14:textId="77777777" w:rsidR="00B404A5" w:rsidRDefault="00000000">
            <w:r>
              <w:br/>
            </w:r>
            <w:r>
              <w:br/>
            </w:r>
          </w:p>
        </w:tc>
      </w:tr>
      <w:tr w:rsidR="00B404A5" w14:paraId="58A6C8E1" w14:textId="77777777">
        <w:tc>
          <w:tcPr>
            <w:tcW w:w="1728" w:type="dxa"/>
          </w:tcPr>
          <w:p w14:paraId="3B15C5AB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D4CFA2D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1D266E03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6571E83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373A74FC" w14:textId="77777777" w:rsidR="00B404A5" w:rsidRDefault="00000000">
            <w:r>
              <w:br/>
            </w:r>
            <w:r>
              <w:br/>
            </w:r>
          </w:p>
        </w:tc>
      </w:tr>
    </w:tbl>
    <w:p w14:paraId="117537B5" w14:textId="26F99611" w:rsidR="00B404A5" w:rsidRDefault="00B404A5"/>
    <w:p w14:paraId="58E6D7AB" w14:textId="77777777" w:rsidR="00B404A5" w:rsidRDefault="00000000">
      <w:pPr>
        <w:pStyle w:val="Ttulo2"/>
      </w:pPr>
      <w:r>
        <w:t>5. RISCOS PSICOSSOCIAIS</w:t>
      </w:r>
    </w:p>
    <w:p w14:paraId="2AECAED0" w14:textId="77777777" w:rsidR="00B404A5" w:rsidRDefault="00000000">
      <w:r>
        <w:t>A nova NR-1 reforça a observação de fatores psicossociais relacionados ao trabalho.</w:t>
      </w:r>
    </w:p>
    <w:p w14:paraId="54FB266C" w14:textId="77777777" w:rsidR="00B404A5" w:rsidRDefault="00000000">
      <w:r>
        <w:t>Exemplos de riscos psicossociais:</w:t>
      </w:r>
    </w:p>
    <w:p w14:paraId="41FDD44D" w14:textId="77777777" w:rsidR="00B404A5" w:rsidRDefault="00000000">
      <w:r>
        <w:t>- Sobrecarga de trabalho</w:t>
      </w:r>
    </w:p>
    <w:p w14:paraId="41C66A5C" w14:textId="77777777" w:rsidR="00B404A5" w:rsidRDefault="00000000">
      <w:r>
        <w:t>- Falhas de comunicação</w:t>
      </w:r>
    </w:p>
    <w:p w14:paraId="73EB23D6" w14:textId="77777777" w:rsidR="00B404A5" w:rsidRDefault="00000000">
      <w:r>
        <w:t>- Pressão excessiva</w:t>
      </w:r>
    </w:p>
    <w:p w14:paraId="1ECAAF79" w14:textId="77777777" w:rsidR="00B404A5" w:rsidRDefault="00000000">
      <w:r>
        <w:t>- Conflitos internos</w:t>
      </w:r>
    </w:p>
    <w:p w14:paraId="60BA69A1" w14:textId="77777777" w:rsidR="00B404A5" w:rsidRDefault="00000000">
      <w:r>
        <w:t>- Falta de definição de funções</w:t>
      </w:r>
    </w:p>
    <w:p w14:paraId="6A7339ED" w14:textId="77777777" w:rsidR="00B404A5" w:rsidRDefault="00000000">
      <w:r>
        <w:t>- Jornadas desgastantes</w:t>
      </w:r>
    </w:p>
    <w:p w14:paraId="61821D46" w14:textId="77777777" w:rsidR="00B404A5" w:rsidRDefault="00000000">
      <w:r>
        <w:t>- Assédio moral</w:t>
      </w:r>
    </w:p>
    <w:p w14:paraId="57AA0103" w14:textId="77777777" w:rsidR="00B404A5" w:rsidRDefault="00B404A5"/>
    <w:p w14:paraId="2FF5B039" w14:textId="77777777" w:rsidR="00B404A5" w:rsidRDefault="00000000">
      <w:r>
        <w:t>Descreva abaixo os riscos psicossociais identificados na empresa: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B404A5" w14:paraId="4A304C51" w14:textId="77777777">
        <w:tc>
          <w:tcPr>
            <w:tcW w:w="2160" w:type="dxa"/>
          </w:tcPr>
          <w:p w14:paraId="7F765644" w14:textId="77777777" w:rsidR="00B404A5" w:rsidRDefault="00000000">
            <w:r>
              <w:t>Situação Identificada</w:t>
            </w:r>
          </w:p>
        </w:tc>
        <w:tc>
          <w:tcPr>
            <w:tcW w:w="2160" w:type="dxa"/>
          </w:tcPr>
          <w:p w14:paraId="79D86D8E" w14:textId="77777777" w:rsidR="00B404A5" w:rsidRDefault="00000000">
            <w:r>
              <w:t>Classificação do Risco</w:t>
            </w:r>
          </w:p>
        </w:tc>
        <w:tc>
          <w:tcPr>
            <w:tcW w:w="2160" w:type="dxa"/>
          </w:tcPr>
          <w:p w14:paraId="7EEFCE5A" w14:textId="77777777" w:rsidR="00B404A5" w:rsidRDefault="00000000">
            <w:r>
              <w:t>Ação Preventiva</w:t>
            </w:r>
          </w:p>
        </w:tc>
        <w:tc>
          <w:tcPr>
            <w:tcW w:w="2160" w:type="dxa"/>
          </w:tcPr>
          <w:p w14:paraId="50CC56F1" w14:textId="77777777" w:rsidR="00B404A5" w:rsidRDefault="00000000">
            <w:r>
              <w:t>Responsável</w:t>
            </w:r>
          </w:p>
        </w:tc>
      </w:tr>
      <w:tr w:rsidR="00B404A5" w14:paraId="2B66CBF5" w14:textId="77777777">
        <w:tc>
          <w:tcPr>
            <w:tcW w:w="2160" w:type="dxa"/>
          </w:tcPr>
          <w:p w14:paraId="39ECA76D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46DFDEEF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1578449A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41EC9040" w14:textId="77777777" w:rsidR="00B404A5" w:rsidRDefault="00000000">
            <w:r>
              <w:br/>
            </w:r>
            <w:r>
              <w:br/>
            </w:r>
          </w:p>
        </w:tc>
      </w:tr>
      <w:tr w:rsidR="00B404A5" w14:paraId="17D780BC" w14:textId="77777777">
        <w:tc>
          <w:tcPr>
            <w:tcW w:w="2160" w:type="dxa"/>
          </w:tcPr>
          <w:p w14:paraId="21AB2E47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3F1B1D14" w14:textId="77777777" w:rsidR="00B404A5" w:rsidRDefault="00000000">
            <w:r>
              <w:lastRenderedPageBreak/>
              <w:br/>
            </w:r>
            <w:r>
              <w:br/>
            </w:r>
          </w:p>
        </w:tc>
        <w:tc>
          <w:tcPr>
            <w:tcW w:w="2160" w:type="dxa"/>
          </w:tcPr>
          <w:p w14:paraId="0E376674" w14:textId="77777777" w:rsidR="00B404A5" w:rsidRDefault="00000000">
            <w:r>
              <w:lastRenderedPageBreak/>
              <w:br/>
            </w:r>
            <w:r>
              <w:br/>
            </w:r>
          </w:p>
        </w:tc>
        <w:tc>
          <w:tcPr>
            <w:tcW w:w="2160" w:type="dxa"/>
          </w:tcPr>
          <w:p w14:paraId="7E622FFA" w14:textId="77777777" w:rsidR="00B404A5" w:rsidRDefault="00000000">
            <w:r>
              <w:lastRenderedPageBreak/>
              <w:br/>
            </w:r>
            <w:r>
              <w:br/>
            </w:r>
          </w:p>
        </w:tc>
      </w:tr>
      <w:tr w:rsidR="00B404A5" w14:paraId="046F9389" w14:textId="77777777">
        <w:tc>
          <w:tcPr>
            <w:tcW w:w="2160" w:type="dxa"/>
          </w:tcPr>
          <w:p w14:paraId="417269F7" w14:textId="77777777" w:rsidR="00B404A5" w:rsidRDefault="00000000">
            <w:r>
              <w:lastRenderedPageBreak/>
              <w:br/>
            </w:r>
            <w:r>
              <w:br/>
            </w:r>
          </w:p>
        </w:tc>
        <w:tc>
          <w:tcPr>
            <w:tcW w:w="2160" w:type="dxa"/>
          </w:tcPr>
          <w:p w14:paraId="5D57EF03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11792E78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70F8660A" w14:textId="77777777" w:rsidR="00B404A5" w:rsidRDefault="00000000">
            <w:r>
              <w:br/>
            </w:r>
            <w:r>
              <w:br/>
            </w:r>
          </w:p>
        </w:tc>
      </w:tr>
      <w:tr w:rsidR="00B404A5" w14:paraId="273C2062" w14:textId="77777777">
        <w:tc>
          <w:tcPr>
            <w:tcW w:w="2160" w:type="dxa"/>
          </w:tcPr>
          <w:p w14:paraId="477B92A9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6AB63775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6B7A6A14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524474A8" w14:textId="77777777" w:rsidR="00B404A5" w:rsidRDefault="00000000">
            <w:r>
              <w:br/>
            </w:r>
            <w:r>
              <w:br/>
            </w:r>
          </w:p>
        </w:tc>
      </w:tr>
      <w:tr w:rsidR="00B404A5" w14:paraId="0A30D28E" w14:textId="77777777">
        <w:tc>
          <w:tcPr>
            <w:tcW w:w="2160" w:type="dxa"/>
          </w:tcPr>
          <w:p w14:paraId="48B310CA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1897F046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17E96D92" w14:textId="77777777" w:rsidR="00B404A5" w:rsidRDefault="00000000">
            <w:r>
              <w:br/>
            </w:r>
            <w:r>
              <w:br/>
            </w:r>
          </w:p>
        </w:tc>
        <w:tc>
          <w:tcPr>
            <w:tcW w:w="2160" w:type="dxa"/>
          </w:tcPr>
          <w:p w14:paraId="711D4018" w14:textId="77777777" w:rsidR="00B404A5" w:rsidRDefault="00000000">
            <w:r>
              <w:br/>
            </w:r>
            <w:r>
              <w:br/>
            </w:r>
          </w:p>
        </w:tc>
      </w:tr>
    </w:tbl>
    <w:p w14:paraId="0E0A528D" w14:textId="77777777" w:rsidR="00B404A5" w:rsidRDefault="00000000">
      <w:pPr>
        <w:pStyle w:val="Ttulo2"/>
      </w:pPr>
      <w:r>
        <w:t>6. PLANO DE AÇÃO</w:t>
      </w:r>
    </w:p>
    <w:p w14:paraId="3D0DB135" w14:textId="77777777" w:rsidR="00B404A5" w:rsidRDefault="00000000">
      <w:r>
        <w:t>Registre as ações que serão adotadas para prevenção e controle dos riscos.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B404A5" w14:paraId="0B1D5DE1" w14:textId="77777777">
        <w:tc>
          <w:tcPr>
            <w:tcW w:w="1728" w:type="dxa"/>
          </w:tcPr>
          <w:p w14:paraId="51540AC1" w14:textId="77777777" w:rsidR="00B404A5" w:rsidRDefault="00000000">
            <w:r>
              <w:t>Problema Identificado</w:t>
            </w:r>
          </w:p>
        </w:tc>
        <w:tc>
          <w:tcPr>
            <w:tcW w:w="1728" w:type="dxa"/>
          </w:tcPr>
          <w:p w14:paraId="202D796A" w14:textId="77777777" w:rsidR="00B404A5" w:rsidRDefault="00000000">
            <w:r>
              <w:t>Ação Necessária</w:t>
            </w:r>
          </w:p>
        </w:tc>
        <w:tc>
          <w:tcPr>
            <w:tcW w:w="1728" w:type="dxa"/>
          </w:tcPr>
          <w:p w14:paraId="0B978F2F" w14:textId="77777777" w:rsidR="00B404A5" w:rsidRDefault="00000000">
            <w:r>
              <w:t>Responsável</w:t>
            </w:r>
          </w:p>
        </w:tc>
        <w:tc>
          <w:tcPr>
            <w:tcW w:w="1728" w:type="dxa"/>
          </w:tcPr>
          <w:p w14:paraId="505CAFFA" w14:textId="77777777" w:rsidR="00B404A5" w:rsidRDefault="00000000">
            <w:r>
              <w:t>Prazo</w:t>
            </w:r>
          </w:p>
        </w:tc>
        <w:tc>
          <w:tcPr>
            <w:tcW w:w="1728" w:type="dxa"/>
          </w:tcPr>
          <w:p w14:paraId="0ED7E29D" w14:textId="77777777" w:rsidR="00B404A5" w:rsidRDefault="00000000">
            <w:r>
              <w:t>Status</w:t>
            </w:r>
          </w:p>
        </w:tc>
      </w:tr>
      <w:tr w:rsidR="00B404A5" w14:paraId="1AC29AA1" w14:textId="77777777">
        <w:tc>
          <w:tcPr>
            <w:tcW w:w="1728" w:type="dxa"/>
          </w:tcPr>
          <w:p w14:paraId="00A7471A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2C5F5310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0026381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56B03746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1454DB3" w14:textId="77777777" w:rsidR="00B404A5" w:rsidRDefault="00000000">
            <w:r>
              <w:br/>
            </w:r>
            <w:r>
              <w:br/>
            </w:r>
          </w:p>
        </w:tc>
      </w:tr>
      <w:tr w:rsidR="00B404A5" w14:paraId="65C703C1" w14:textId="77777777">
        <w:tc>
          <w:tcPr>
            <w:tcW w:w="1728" w:type="dxa"/>
          </w:tcPr>
          <w:p w14:paraId="36B2DAB8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067DA295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1CD2EA86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27BD997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4575790" w14:textId="77777777" w:rsidR="00B404A5" w:rsidRDefault="00000000">
            <w:r>
              <w:br/>
            </w:r>
            <w:r>
              <w:br/>
            </w:r>
          </w:p>
        </w:tc>
      </w:tr>
      <w:tr w:rsidR="00B404A5" w14:paraId="0B1F91F0" w14:textId="77777777">
        <w:tc>
          <w:tcPr>
            <w:tcW w:w="1728" w:type="dxa"/>
          </w:tcPr>
          <w:p w14:paraId="1EE7F827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427BF5E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3E552C3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FA4E5F8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041740DA" w14:textId="77777777" w:rsidR="00B404A5" w:rsidRDefault="00000000">
            <w:r>
              <w:br/>
            </w:r>
            <w:r>
              <w:br/>
            </w:r>
          </w:p>
        </w:tc>
      </w:tr>
      <w:tr w:rsidR="00B404A5" w14:paraId="12F68092" w14:textId="77777777">
        <w:tc>
          <w:tcPr>
            <w:tcW w:w="1728" w:type="dxa"/>
          </w:tcPr>
          <w:p w14:paraId="552E5424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D5ECC81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68D8727D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52AD088A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532D7BE2" w14:textId="77777777" w:rsidR="00B404A5" w:rsidRDefault="00000000">
            <w:r>
              <w:br/>
            </w:r>
            <w:r>
              <w:br/>
            </w:r>
          </w:p>
        </w:tc>
      </w:tr>
      <w:tr w:rsidR="00B404A5" w14:paraId="0B016E64" w14:textId="77777777">
        <w:tc>
          <w:tcPr>
            <w:tcW w:w="1728" w:type="dxa"/>
          </w:tcPr>
          <w:p w14:paraId="15AF10FF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782BC3B3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1FFABA7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086908CD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0835FDD" w14:textId="77777777" w:rsidR="00B404A5" w:rsidRDefault="00000000">
            <w:r>
              <w:br/>
            </w:r>
            <w:r>
              <w:br/>
            </w:r>
          </w:p>
        </w:tc>
      </w:tr>
      <w:tr w:rsidR="00B404A5" w14:paraId="2EDA81C0" w14:textId="77777777">
        <w:tc>
          <w:tcPr>
            <w:tcW w:w="1728" w:type="dxa"/>
          </w:tcPr>
          <w:p w14:paraId="50F4A248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54028796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001860C2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4244AF18" w14:textId="77777777" w:rsidR="00B404A5" w:rsidRDefault="00000000">
            <w:r>
              <w:br/>
            </w:r>
            <w:r>
              <w:br/>
            </w:r>
          </w:p>
        </w:tc>
        <w:tc>
          <w:tcPr>
            <w:tcW w:w="1728" w:type="dxa"/>
          </w:tcPr>
          <w:p w14:paraId="5FFE0389" w14:textId="77777777" w:rsidR="00B404A5" w:rsidRDefault="00000000">
            <w:r>
              <w:br/>
            </w:r>
            <w:r>
              <w:br/>
            </w:r>
          </w:p>
        </w:tc>
      </w:tr>
    </w:tbl>
    <w:p w14:paraId="0FB07A92" w14:textId="77777777" w:rsidR="00B404A5" w:rsidRDefault="00000000">
      <w:pPr>
        <w:pStyle w:val="Ttulo2"/>
      </w:pPr>
      <w:r>
        <w:t>7. TREINAMENTOS E ORIENTAÇÕES</w:t>
      </w:r>
    </w:p>
    <w:p w14:paraId="005AE206" w14:textId="77777777" w:rsidR="00B404A5" w:rsidRDefault="00000000">
      <w:r>
        <w:t>Registre treinamentos, orientações e ações educativas realizadas com a equipe.</w:t>
      </w:r>
    </w:p>
    <w:p w14:paraId="399DAF63" w14:textId="77777777" w:rsidR="00B404A5" w:rsidRDefault="00000000">
      <w:pPr>
        <w:pStyle w:val="Ttulo2"/>
      </w:pPr>
      <w:r>
        <w:t>8. REGISTROS E ACOMPANHAMENTO</w:t>
      </w:r>
    </w:p>
    <w:p w14:paraId="715E2D13" w14:textId="77777777" w:rsidR="00B404A5" w:rsidRDefault="00000000">
      <w:r>
        <w:t>Descreva como serão realizados os registros e revisões periódicas do PGR.</w:t>
      </w:r>
    </w:p>
    <w:p w14:paraId="44F41E66" w14:textId="77777777" w:rsidR="00B404A5" w:rsidRDefault="00000000">
      <w:pPr>
        <w:pStyle w:val="Ttulo2"/>
      </w:pPr>
      <w:r>
        <w:t>9. RESPONSÁVEIS PELO ACOMPANHAMENTO</w:t>
      </w:r>
    </w:p>
    <w:p w14:paraId="643F097E" w14:textId="77777777" w:rsidR="00B404A5" w:rsidRDefault="00000000">
      <w:r>
        <w:t>Responsável interno: ___________________________________</w:t>
      </w:r>
    </w:p>
    <w:p w14:paraId="615C09D4" w14:textId="77777777" w:rsidR="00B404A5" w:rsidRDefault="00000000">
      <w:r>
        <w:t>Função: _______________________________________________</w:t>
      </w:r>
    </w:p>
    <w:p w14:paraId="22F1E8CD" w14:textId="77777777" w:rsidR="00B404A5" w:rsidRDefault="00000000">
      <w:r>
        <w:t>Contato: ______________________________________________</w:t>
      </w:r>
    </w:p>
    <w:p w14:paraId="357CD1B2" w14:textId="77777777" w:rsidR="00B404A5" w:rsidRDefault="00000000">
      <w:pPr>
        <w:pStyle w:val="Ttulo2"/>
      </w:pPr>
      <w:r>
        <w:lastRenderedPageBreak/>
        <w:t>10. REVISÃO DO DOCUMENTO</w:t>
      </w:r>
    </w:p>
    <w:p w14:paraId="10856F9C" w14:textId="77777777" w:rsidR="00B404A5" w:rsidRDefault="00000000">
      <w:r>
        <w:t>Data da elaboração: ____/____/________</w:t>
      </w:r>
    </w:p>
    <w:p w14:paraId="6A177442" w14:textId="77777777" w:rsidR="00B404A5" w:rsidRDefault="00000000">
      <w:r>
        <w:t>Data da próxima revisão: ____/____/________</w:t>
      </w:r>
    </w:p>
    <w:p w14:paraId="20D3F7D9" w14:textId="77777777" w:rsidR="00B404A5" w:rsidRDefault="00000000">
      <w:r>
        <w:t>Assinatura do responsável: ______________________________</w:t>
      </w:r>
    </w:p>
    <w:p w14:paraId="7ED7FA93" w14:textId="77777777" w:rsidR="00B404A5" w:rsidRDefault="00000000">
      <w:r>
        <w:br w:type="page"/>
      </w:r>
    </w:p>
    <w:p w14:paraId="3EB4C2D4" w14:textId="77777777" w:rsidR="00B404A5" w:rsidRDefault="00000000">
      <w:pPr>
        <w:pStyle w:val="Ttulo2"/>
      </w:pPr>
      <w:r>
        <w:lastRenderedPageBreak/>
        <w:t>ANEXO — EXEMPLO SIMPLIFICADO PREENCHIDO</w:t>
      </w:r>
    </w:p>
    <w:p w14:paraId="37A3085F" w14:textId="77777777" w:rsidR="00B404A5" w:rsidRDefault="00000000">
      <w:r>
        <w:t>Setor: Atendimento</w:t>
      </w:r>
    </w:p>
    <w:p w14:paraId="0484F7B0" w14:textId="77777777" w:rsidR="00B404A5" w:rsidRDefault="00000000">
      <w:r>
        <w:t>Risco identificado: Sobrecarga em horários de pico</w:t>
      </w:r>
    </w:p>
    <w:p w14:paraId="7C1EBFE0" w14:textId="77777777" w:rsidR="00B404A5" w:rsidRDefault="00000000">
      <w:r>
        <w:t>Classificação: Média</w:t>
      </w:r>
    </w:p>
    <w:p w14:paraId="42B3E345" w14:textId="77777777" w:rsidR="00B404A5" w:rsidRDefault="00000000">
      <w:r>
        <w:t>Possível impacto: Estresse e desgaste emocional</w:t>
      </w:r>
    </w:p>
    <w:p w14:paraId="0A22A151" w14:textId="77777777" w:rsidR="00B404A5" w:rsidRDefault="00000000">
      <w:r>
        <w:t>Medida preventiva: Organização de prioridades e divisão de demandas</w:t>
      </w:r>
    </w:p>
    <w:p w14:paraId="6D934C55" w14:textId="77777777" w:rsidR="00B404A5" w:rsidRDefault="00B404A5"/>
    <w:p w14:paraId="46E443A7" w14:textId="77777777" w:rsidR="00B404A5" w:rsidRDefault="00000000">
      <w:r>
        <w:t>Setor: Administrativo</w:t>
      </w:r>
    </w:p>
    <w:p w14:paraId="3E04315D" w14:textId="77777777" w:rsidR="00B404A5" w:rsidRDefault="00000000">
      <w:r>
        <w:t>Risco identificado: Postura inadequada em computador</w:t>
      </w:r>
    </w:p>
    <w:p w14:paraId="41E69281" w14:textId="77777777" w:rsidR="00B404A5" w:rsidRDefault="00000000">
      <w:r>
        <w:t>Classificação: Média</w:t>
      </w:r>
    </w:p>
    <w:p w14:paraId="458F30E9" w14:textId="77777777" w:rsidR="00B404A5" w:rsidRDefault="00000000">
      <w:r>
        <w:t>Possível impacto: Dores lombares</w:t>
      </w:r>
    </w:p>
    <w:p w14:paraId="21543084" w14:textId="77777777" w:rsidR="00B404A5" w:rsidRDefault="00000000">
      <w:r>
        <w:t>Medida preventiva: Ajuste ergonômico e pausas periódicas</w:t>
      </w:r>
    </w:p>
    <w:sectPr w:rsidR="00B404A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8352574">
    <w:abstractNumId w:val="8"/>
  </w:num>
  <w:num w:numId="2" w16cid:durableId="588006210">
    <w:abstractNumId w:val="6"/>
  </w:num>
  <w:num w:numId="3" w16cid:durableId="1292175145">
    <w:abstractNumId w:val="5"/>
  </w:num>
  <w:num w:numId="4" w16cid:durableId="1038430274">
    <w:abstractNumId w:val="4"/>
  </w:num>
  <w:num w:numId="5" w16cid:durableId="579875075">
    <w:abstractNumId w:val="7"/>
  </w:num>
  <w:num w:numId="6" w16cid:durableId="540441983">
    <w:abstractNumId w:val="3"/>
  </w:num>
  <w:num w:numId="7" w16cid:durableId="900989183">
    <w:abstractNumId w:val="2"/>
  </w:num>
  <w:num w:numId="8" w16cid:durableId="1798253397">
    <w:abstractNumId w:val="1"/>
  </w:num>
  <w:num w:numId="9" w16cid:durableId="985427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55D73"/>
    <w:rsid w:val="00AA1D8D"/>
    <w:rsid w:val="00B404A5"/>
    <w:rsid w:val="00B47730"/>
    <w:rsid w:val="00C136B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FAA1A2"/>
  <w14:defaultImageDpi w14:val="300"/>
  <w15:docId w15:val="{1A145669-FF6A-4017-9CAC-606F90BC8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512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Alessandro Issi</cp:lastModifiedBy>
  <cp:revision>2</cp:revision>
  <dcterms:created xsi:type="dcterms:W3CDTF">2013-12-23T23:15:00Z</dcterms:created>
  <dcterms:modified xsi:type="dcterms:W3CDTF">2026-05-25T16:32:00Z</dcterms:modified>
  <cp:category/>
</cp:coreProperties>
</file>